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987" w:rsidRDefault="001A4987">
      <w:pPr>
        <w:jc w:val="center"/>
        <w:rPr>
          <w:b/>
        </w:rPr>
      </w:pPr>
      <w:r>
        <w:rPr>
          <w:noProof/>
          <w:color w:val="7F7F7F"/>
          <w:sz w:val="16"/>
          <w:szCs w:val="16"/>
          <w:lang w:val="fr-FR" w:eastAsia="fr-FR"/>
        </w:rPr>
        <w:drawing>
          <wp:inline distT="0" distB="0" distL="0" distR="0" wp14:anchorId="76225CF8" wp14:editId="1F559BD8">
            <wp:extent cx="2076450" cy="638175"/>
            <wp:effectExtent l="0" t="0" r="0" b="0"/>
            <wp:docPr id="2" name="Image 2" descr="logo API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APIBI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296" w:rsidRDefault="00E175A3">
      <w:pPr>
        <w:jc w:val="center"/>
      </w:pPr>
      <w:r>
        <w:rPr>
          <w:b/>
        </w:rPr>
        <w:t>CONVENTION DE FORMATION PROFESSIONNELLE – APIBIO 2025</w:t>
      </w:r>
    </w:p>
    <w:p w:rsidR="00334296" w:rsidRDefault="00E175A3">
      <w:r>
        <w:t>Convention n</w:t>
      </w:r>
      <w:proofErr w:type="gramStart"/>
      <w:r>
        <w:t>° :</w:t>
      </w:r>
      <w:proofErr w:type="gramEnd"/>
      <w:r>
        <w:t xml:space="preserve"> [</w:t>
      </w:r>
      <w:proofErr w:type="spellStart"/>
      <w:r>
        <w:t>année-mois-jour.XX</w:t>
      </w:r>
      <w:proofErr w:type="spellEnd"/>
      <w:r>
        <w:t>]</w:t>
      </w:r>
    </w:p>
    <w:p w:rsidR="00334296" w:rsidRDefault="00E175A3">
      <w:r>
        <w:t xml:space="preserve">Entre les </w:t>
      </w:r>
      <w:proofErr w:type="spellStart"/>
      <w:proofErr w:type="gramStart"/>
      <w:r>
        <w:t>soussignés</w:t>
      </w:r>
      <w:proofErr w:type="spellEnd"/>
      <w:r>
        <w:t xml:space="preserve"> :</w:t>
      </w:r>
      <w:proofErr w:type="gramEnd"/>
    </w:p>
    <w:p w:rsidR="00334296" w:rsidRDefault="00E175A3">
      <w:r>
        <w:br/>
        <w:t xml:space="preserve">**Le </w:t>
      </w:r>
      <w:proofErr w:type="spellStart"/>
      <w:r>
        <w:t>bénéficiaire</w:t>
      </w:r>
      <w:proofErr w:type="spellEnd"/>
      <w:r>
        <w:t xml:space="preserve"> :**</w:t>
      </w:r>
      <w:r>
        <w:br/>
        <w:t>Nom de la structure : ......................................................</w:t>
      </w:r>
      <w:r>
        <w:br/>
      </w:r>
      <w:proofErr w:type="spellStart"/>
      <w:r>
        <w:t>Adresse</w:t>
      </w:r>
      <w:proofErr w:type="spellEnd"/>
      <w:r>
        <w:t xml:space="preserve"> : ...............................................................................................</w:t>
      </w:r>
      <w:r>
        <w:br/>
      </w:r>
      <w:proofErr w:type="spellStart"/>
      <w:r>
        <w:t>Représenté</w:t>
      </w:r>
      <w:proofErr w:type="spellEnd"/>
      <w:r>
        <w:t>(e) par : M./</w:t>
      </w:r>
      <w:proofErr w:type="spellStart"/>
      <w:r>
        <w:t>Mme</w:t>
      </w:r>
      <w:proofErr w:type="spellEnd"/>
      <w:r>
        <w:t xml:space="preserve"> ............................................................</w:t>
      </w:r>
      <w:r>
        <w:br/>
      </w:r>
      <w:proofErr w:type="spellStart"/>
      <w:r>
        <w:t>Fonction</w:t>
      </w:r>
      <w:proofErr w:type="spellEnd"/>
      <w:r>
        <w:t xml:space="preserve"> : ............................................................</w:t>
      </w:r>
      <w:r>
        <w:br/>
        <w:t xml:space="preserve">Ci-après </w:t>
      </w:r>
      <w:proofErr w:type="spellStart"/>
      <w:r>
        <w:t>dénommé</w:t>
      </w:r>
      <w:proofErr w:type="spellEnd"/>
      <w:r>
        <w:t xml:space="preserve"> « le </w:t>
      </w:r>
      <w:proofErr w:type="spellStart"/>
      <w:r>
        <w:t>bénéficiaire</w:t>
      </w:r>
      <w:proofErr w:type="spellEnd"/>
      <w:r>
        <w:t xml:space="preserve"> ».</w:t>
      </w:r>
    </w:p>
    <w:p w:rsidR="00334296" w:rsidRDefault="00E175A3">
      <w:r>
        <w:br/>
        <w:t>**Et**</w:t>
      </w:r>
      <w:r>
        <w:br/>
      </w:r>
      <w:r>
        <w:br/>
        <w:t xml:space="preserve">**APIBIO – </w:t>
      </w:r>
      <w:proofErr w:type="spellStart"/>
      <w:r>
        <w:t>Groupement</w:t>
      </w:r>
      <w:proofErr w:type="spellEnd"/>
      <w:r>
        <w:t xml:space="preserve"> </w:t>
      </w:r>
      <w:proofErr w:type="spellStart"/>
      <w:r>
        <w:t>d’apiculteurs</w:t>
      </w:r>
      <w:proofErr w:type="spellEnd"/>
      <w:r>
        <w:t xml:space="preserve"> bio </w:t>
      </w:r>
      <w:proofErr w:type="spellStart"/>
      <w:r>
        <w:t>d’Ardèche</w:t>
      </w:r>
      <w:proofErr w:type="spellEnd"/>
      <w:r>
        <w:t>**</w:t>
      </w:r>
      <w:r>
        <w:br/>
        <w:t xml:space="preserve">25 Avenue Lucien Brunel, 07000 </w:t>
      </w:r>
      <w:proofErr w:type="spellStart"/>
      <w:r>
        <w:t>Lyas</w:t>
      </w:r>
      <w:proofErr w:type="spellEnd"/>
      <w:r>
        <w:br/>
        <w:t>www.groupement-apibio.org – benoit@groupement-apibio.org</w:t>
      </w:r>
      <w:r>
        <w:br/>
        <w:t>SIRET : 894 329 770 00024 – TVA : FR 71894329770</w:t>
      </w:r>
      <w:r>
        <w:br/>
      </w:r>
      <w:proofErr w:type="spellStart"/>
      <w:r>
        <w:t>Déclaration</w:t>
      </w:r>
      <w:proofErr w:type="spellEnd"/>
      <w:r>
        <w:t xml:space="preserve"> </w:t>
      </w:r>
      <w:proofErr w:type="spellStart"/>
      <w:r>
        <w:t>d’activité</w:t>
      </w:r>
      <w:proofErr w:type="spellEnd"/>
      <w:r>
        <w:t xml:space="preserve"> </w:t>
      </w:r>
      <w:proofErr w:type="spellStart"/>
      <w:r>
        <w:t>enregistrée</w:t>
      </w:r>
      <w:proofErr w:type="spellEnd"/>
      <w:r>
        <w:t xml:space="preserve"> sous le n° 84070157507 </w:t>
      </w:r>
      <w:proofErr w:type="spellStart"/>
      <w:r>
        <w:t>auprès</w:t>
      </w:r>
      <w:proofErr w:type="spellEnd"/>
      <w:r>
        <w:t xml:space="preserve"> du </w:t>
      </w:r>
      <w:proofErr w:type="spellStart"/>
      <w:r>
        <w:t>Préfet</w:t>
      </w:r>
      <w:proofErr w:type="spellEnd"/>
      <w:r>
        <w:t xml:space="preserve"> de </w:t>
      </w:r>
      <w:proofErr w:type="spellStart"/>
      <w:r>
        <w:t>région</w:t>
      </w:r>
      <w:proofErr w:type="spellEnd"/>
      <w:r>
        <w:t xml:space="preserve"> Auvergne-Rhône-Alpes.</w:t>
      </w:r>
      <w:r>
        <w:br/>
      </w:r>
      <w:proofErr w:type="spellStart"/>
      <w:r>
        <w:t>Représenté</w:t>
      </w:r>
      <w:proofErr w:type="spellEnd"/>
      <w:r>
        <w:t xml:space="preserve"> par M. </w:t>
      </w:r>
      <w:proofErr w:type="spellStart"/>
      <w:r>
        <w:t>Benoît</w:t>
      </w:r>
      <w:proofErr w:type="spellEnd"/>
      <w:r>
        <w:t xml:space="preserve"> APIBIO, </w:t>
      </w:r>
      <w:proofErr w:type="spellStart"/>
      <w:r>
        <w:t>Président</w:t>
      </w:r>
      <w:proofErr w:type="spellEnd"/>
      <w:r>
        <w:t>.</w:t>
      </w:r>
      <w:r>
        <w:br/>
        <w:t xml:space="preserve">Ci-après </w:t>
      </w:r>
      <w:proofErr w:type="spellStart"/>
      <w:r>
        <w:t>dénommé</w:t>
      </w:r>
      <w:proofErr w:type="spellEnd"/>
      <w:r>
        <w:t xml:space="preserve"> « </w:t>
      </w:r>
      <w:proofErr w:type="spellStart"/>
      <w:r>
        <w:t>l’organisme</w:t>
      </w:r>
      <w:proofErr w:type="spellEnd"/>
      <w:r>
        <w:t xml:space="preserve"> de formation ».</w:t>
      </w:r>
    </w:p>
    <w:p w:rsidR="00334296" w:rsidRDefault="00E175A3">
      <w:r>
        <w:rPr>
          <w:b/>
        </w:rPr>
        <w:br/>
        <w:t xml:space="preserve">Article 1 – Objet, nature, </w:t>
      </w:r>
      <w:proofErr w:type="spellStart"/>
      <w:r>
        <w:rPr>
          <w:b/>
        </w:rPr>
        <w:t>durée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programme</w:t>
      </w:r>
      <w:proofErr w:type="spellEnd"/>
      <w:r>
        <w:rPr>
          <w:b/>
        </w:rPr>
        <w:t xml:space="preserve"> et </w:t>
      </w:r>
      <w:proofErr w:type="spellStart"/>
      <w:r>
        <w:rPr>
          <w:b/>
        </w:rPr>
        <w:t>effectif</w:t>
      </w:r>
      <w:proofErr w:type="spellEnd"/>
      <w:r>
        <w:rPr>
          <w:b/>
        </w:rPr>
        <w:t xml:space="preserve"> de la formation</w:t>
      </w:r>
    </w:p>
    <w:p w:rsidR="00334296" w:rsidRDefault="00E175A3">
      <w:r>
        <w:t xml:space="preserve">Le </w:t>
      </w:r>
      <w:proofErr w:type="spellStart"/>
      <w:r>
        <w:t>bénéficiaire</w:t>
      </w:r>
      <w:proofErr w:type="spellEnd"/>
      <w:r>
        <w:t xml:space="preserve"> </w:t>
      </w:r>
      <w:proofErr w:type="spellStart"/>
      <w:r>
        <w:t>souhaite</w:t>
      </w:r>
      <w:proofErr w:type="spellEnd"/>
      <w:r>
        <w:t xml:space="preserve"> </w:t>
      </w:r>
      <w:proofErr w:type="spellStart"/>
      <w:r>
        <w:t>inscrire</w:t>
      </w:r>
      <w:proofErr w:type="spellEnd"/>
      <w:r>
        <w:t xml:space="preserve"> un </w:t>
      </w:r>
      <w:proofErr w:type="spellStart"/>
      <w:r>
        <w:t>ou</w:t>
      </w:r>
      <w:proofErr w:type="spellEnd"/>
      <w:r>
        <w:t xml:space="preserve"> </w:t>
      </w:r>
      <w:proofErr w:type="spellStart"/>
      <w:r>
        <w:t>plusieurs</w:t>
      </w:r>
      <w:proofErr w:type="spellEnd"/>
      <w:r>
        <w:t xml:space="preserve"> de </w:t>
      </w:r>
      <w:proofErr w:type="spellStart"/>
      <w:r>
        <w:t>ses</w:t>
      </w:r>
      <w:proofErr w:type="spellEnd"/>
      <w:r>
        <w:t xml:space="preserve"> </w:t>
      </w:r>
      <w:proofErr w:type="spellStart"/>
      <w:r>
        <w:t>membres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salariés</w:t>
      </w:r>
      <w:proofErr w:type="spellEnd"/>
      <w:r>
        <w:t xml:space="preserve"> à la formation </w:t>
      </w:r>
      <w:proofErr w:type="spellStart"/>
      <w:r>
        <w:t>suivante</w:t>
      </w:r>
      <w:proofErr w:type="spellEnd"/>
      <w:r>
        <w:t xml:space="preserve"> :</w:t>
      </w:r>
      <w:r>
        <w:br/>
      </w:r>
      <w:r>
        <w:br/>
      </w:r>
      <w:proofErr w:type="spellStart"/>
      <w:r>
        <w:t>Intitulé</w:t>
      </w:r>
      <w:proofErr w:type="spellEnd"/>
      <w:r>
        <w:t xml:space="preserve"> : ............................................................</w:t>
      </w:r>
      <w:r>
        <w:br/>
        <w:t>Nature (art. L.6313-1 CT) : Action de formation</w:t>
      </w:r>
      <w:r>
        <w:br/>
        <w:t xml:space="preserve">☐ </w:t>
      </w:r>
      <w:proofErr w:type="spellStart"/>
      <w:r>
        <w:t>Présentiel</w:t>
      </w:r>
      <w:proofErr w:type="spellEnd"/>
      <w:r>
        <w:t xml:space="preserve">  ☐ À distance  ☐ </w:t>
      </w:r>
      <w:proofErr w:type="spellStart"/>
      <w:r>
        <w:t>Mixte</w:t>
      </w:r>
      <w:proofErr w:type="spellEnd"/>
      <w:r>
        <w:t xml:space="preserve"> / FOAD</w:t>
      </w:r>
      <w:r>
        <w:br/>
        <w:t>Dates : du …… au ……</w:t>
      </w:r>
      <w:r>
        <w:br/>
      </w:r>
      <w:proofErr w:type="spellStart"/>
      <w:r>
        <w:t>Horaires</w:t>
      </w:r>
      <w:proofErr w:type="spellEnd"/>
      <w:r>
        <w:t xml:space="preserve"> : 9h00–12h30 / 13h30–17h30</w:t>
      </w:r>
      <w:r>
        <w:br/>
      </w:r>
      <w:proofErr w:type="spellStart"/>
      <w:r>
        <w:t>Intervenant·e·s</w:t>
      </w:r>
      <w:proofErr w:type="spellEnd"/>
      <w:r>
        <w:t xml:space="preserve"> : ............................................................</w:t>
      </w:r>
      <w:r>
        <w:br/>
        <w:t xml:space="preserve">Lieu : variable </w:t>
      </w:r>
      <w:proofErr w:type="spellStart"/>
      <w:r>
        <w:t>selon</w:t>
      </w:r>
      <w:proofErr w:type="spellEnd"/>
      <w:r>
        <w:t xml:space="preserve"> la session (</w:t>
      </w:r>
      <w:proofErr w:type="spellStart"/>
      <w:r>
        <w:t>locaux</w:t>
      </w:r>
      <w:proofErr w:type="spellEnd"/>
      <w:r>
        <w:t xml:space="preserve"> APIBIO, </w:t>
      </w:r>
      <w:proofErr w:type="spellStart"/>
      <w:r>
        <w:t>salles</w:t>
      </w:r>
      <w:proofErr w:type="spellEnd"/>
      <w:r>
        <w:t xml:space="preserve"> </w:t>
      </w:r>
      <w:proofErr w:type="spellStart"/>
      <w:r>
        <w:t>municipales</w:t>
      </w:r>
      <w:proofErr w:type="spellEnd"/>
      <w:r>
        <w:t xml:space="preserve">, exploitations </w:t>
      </w:r>
      <w:proofErr w:type="spellStart"/>
      <w:r>
        <w:t>agricoles</w:t>
      </w:r>
      <w:proofErr w:type="spellEnd"/>
      <w:r>
        <w:t xml:space="preserve">, ruchers </w:t>
      </w:r>
      <w:proofErr w:type="spellStart"/>
      <w:r>
        <w:t>écoles</w:t>
      </w:r>
      <w:proofErr w:type="spellEnd"/>
      <w:r>
        <w:t>, etc.)</w:t>
      </w:r>
      <w:bookmarkStart w:id="0" w:name="_GoBack"/>
      <w:bookmarkEnd w:id="0"/>
      <w:r>
        <w:br/>
      </w:r>
      <w:r w:rsidR="00634E22">
        <w:rPr>
          <w:noProof/>
          <w:lang w:val="fr-FR" w:eastAsia="fr-FR"/>
        </w:rPr>
        <w:lastRenderedPageBreak/>
        <w:drawing>
          <wp:anchor distT="0" distB="0" distL="114300" distR="114300" simplePos="0" relativeHeight="251658240" behindDoc="0" locked="0" layoutInCell="1" allowOverlap="1" wp14:anchorId="6C24AFDC" wp14:editId="567B8D99">
            <wp:simplePos x="0" y="0"/>
            <wp:positionH relativeFrom="column">
              <wp:posOffset>5505450</wp:posOffset>
            </wp:positionH>
            <wp:positionV relativeFrom="paragraph">
              <wp:posOffset>-4445</wp:posOffset>
            </wp:positionV>
            <wp:extent cx="725805" cy="737235"/>
            <wp:effectExtent l="0" t="0" r="0" b="571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PIBIO - Logo def-0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805" cy="737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t>Durée</w:t>
      </w:r>
      <w:proofErr w:type="spellEnd"/>
      <w:r>
        <w:t xml:space="preserve"> : …… </w:t>
      </w:r>
      <w:proofErr w:type="spellStart"/>
      <w:r>
        <w:t>heures</w:t>
      </w:r>
      <w:proofErr w:type="spellEnd"/>
      <w:r>
        <w:t xml:space="preserve"> par </w:t>
      </w:r>
      <w:proofErr w:type="spellStart"/>
      <w:r>
        <w:t>stagiaire</w:t>
      </w:r>
      <w:proofErr w:type="spellEnd"/>
      <w:r>
        <w:br/>
      </w:r>
      <w:proofErr w:type="spellStart"/>
      <w:r>
        <w:t>Responsable</w:t>
      </w:r>
      <w:proofErr w:type="spellEnd"/>
      <w:r>
        <w:t xml:space="preserve"> </w:t>
      </w:r>
      <w:proofErr w:type="spellStart"/>
      <w:r>
        <w:t>pédagogique</w:t>
      </w:r>
      <w:proofErr w:type="spellEnd"/>
      <w:r>
        <w:t xml:space="preserve"> : ............................................................</w:t>
      </w:r>
      <w:r>
        <w:br/>
      </w:r>
      <w:proofErr w:type="spellStart"/>
      <w:r>
        <w:t>Objectifs</w:t>
      </w:r>
      <w:proofErr w:type="spellEnd"/>
      <w:r>
        <w:t xml:space="preserve"> : ............................................................</w:t>
      </w:r>
      <w:r>
        <w:br/>
        <w:t xml:space="preserve">Le </w:t>
      </w:r>
      <w:proofErr w:type="spellStart"/>
      <w:r>
        <w:t>programme</w:t>
      </w:r>
      <w:proofErr w:type="spellEnd"/>
      <w:r>
        <w:t xml:space="preserve"> </w:t>
      </w:r>
      <w:proofErr w:type="spellStart"/>
      <w:r>
        <w:t>détaillé</w:t>
      </w:r>
      <w:proofErr w:type="spellEnd"/>
      <w:r>
        <w:t xml:space="preserve"> figure en </w:t>
      </w:r>
      <w:proofErr w:type="spellStart"/>
      <w:r>
        <w:t>annexe</w:t>
      </w:r>
      <w:proofErr w:type="spellEnd"/>
      <w:r>
        <w:t xml:space="preserve"> 1.</w:t>
      </w:r>
    </w:p>
    <w:p w:rsidR="00334296" w:rsidRDefault="00E175A3">
      <w:r>
        <w:rPr>
          <w:b/>
        </w:rPr>
        <w:br/>
        <w:t>Article 2 – Engagement de participation</w:t>
      </w:r>
    </w:p>
    <w:p w:rsidR="00334296" w:rsidRDefault="00E175A3">
      <w:r>
        <w:t xml:space="preserve">Le </w:t>
      </w:r>
      <w:proofErr w:type="spellStart"/>
      <w:r>
        <w:t>bénéficiaire</w:t>
      </w:r>
      <w:proofErr w:type="spellEnd"/>
      <w:r>
        <w:t xml:space="preserve"> </w:t>
      </w:r>
      <w:proofErr w:type="spellStart"/>
      <w:r>
        <w:t>s’engage</w:t>
      </w:r>
      <w:proofErr w:type="spellEnd"/>
      <w:r>
        <w:t xml:space="preserve"> à assurer la </w:t>
      </w:r>
      <w:proofErr w:type="spellStart"/>
      <w:r>
        <w:t>présence</w:t>
      </w:r>
      <w:proofErr w:type="spellEnd"/>
      <w:r>
        <w:t xml:space="preserve"> effective des </w:t>
      </w:r>
      <w:proofErr w:type="spellStart"/>
      <w:r>
        <w:t>stagiaires</w:t>
      </w:r>
      <w:proofErr w:type="spellEnd"/>
      <w:r>
        <w:t xml:space="preserve"> </w:t>
      </w:r>
      <w:proofErr w:type="spellStart"/>
      <w:r>
        <w:t>inscrits</w:t>
      </w:r>
      <w:proofErr w:type="spellEnd"/>
      <w:r>
        <w:t>.</w:t>
      </w:r>
      <w:r>
        <w:br/>
        <w:t xml:space="preserve">Nom / </w:t>
      </w:r>
      <w:proofErr w:type="spellStart"/>
      <w:r>
        <w:t>Prénom</w:t>
      </w:r>
      <w:proofErr w:type="spellEnd"/>
      <w:r>
        <w:t xml:space="preserve"> : ............................................................</w:t>
      </w:r>
      <w:r>
        <w:br/>
      </w:r>
      <w:proofErr w:type="spellStart"/>
      <w:r>
        <w:t>Fonction</w:t>
      </w:r>
      <w:proofErr w:type="spellEnd"/>
      <w:r>
        <w:t xml:space="preserve"> : ............................................................</w:t>
      </w:r>
      <w:r>
        <w:br/>
      </w:r>
      <w:proofErr w:type="spellStart"/>
      <w:r>
        <w:t>Téléphone</w:t>
      </w:r>
      <w:proofErr w:type="spellEnd"/>
      <w:r>
        <w:t xml:space="preserve"> : ......................................  E-mail : ......................................</w:t>
      </w:r>
      <w:r>
        <w:br/>
      </w:r>
      <w:proofErr w:type="spellStart"/>
      <w:r>
        <w:t>Statut</w:t>
      </w:r>
      <w:proofErr w:type="spellEnd"/>
      <w:r>
        <w:t xml:space="preserve"> : ☐ </w:t>
      </w:r>
      <w:proofErr w:type="spellStart"/>
      <w:r>
        <w:t>Apiculteur·rice</w:t>
      </w:r>
      <w:proofErr w:type="spellEnd"/>
      <w:r>
        <w:t xml:space="preserve"> ☐ </w:t>
      </w:r>
      <w:proofErr w:type="spellStart"/>
      <w:r>
        <w:t>Salarié·e</w:t>
      </w:r>
      <w:proofErr w:type="spellEnd"/>
      <w:r>
        <w:t xml:space="preserve"> ☐ </w:t>
      </w:r>
      <w:proofErr w:type="spellStart"/>
      <w:r>
        <w:t>Conjoint·e</w:t>
      </w:r>
      <w:proofErr w:type="spellEnd"/>
      <w:r>
        <w:t xml:space="preserve"> </w:t>
      </w:r>
      <w:proofErr w:type="spellStart"/>
      <w:r>
        <w:t>collaborateur·rice</w:t>
      </w:r>
      <w:proofErr w:type="spellEnd"/>
      <w:r>
        <w:t xml:space="preserve"> ☐ En installation ☐ </w:t>
      </w:r>
      <w:proofErr w:type="spellStart"/>
      <w:r>
        <w:t>Autre</w:t>
      </w:r>
      <w:proofErr w:type="spellEnd"/>
      <w:r>
        <w:t xml:space="preserve"> : ..........</w:t>
      </w:r>
      <w:r>
        <w:br/>
      </w:r>
      <w:proofErr w:type="spellStart"/>
      <w:r>
        <w:t>Toute</w:t>
      </w:r>
      <w:proofErr w:type="spellEnd"/>
      <w:r>
        <w:t xml:space="preserve"> absence </w:t>
      </w:r>
      <w:proofErr w:type="spellStart"/>
      <w:r>
        <w:t>doit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justifiée</w:t>
      </w:r>
      <w:proofErr w:type="spellEnd"/>
      <w:r>
        <w:t xml:space="preserve">. Le </w:t>
      </w:r>
      <w:proofErr w:type="spellStart"/>
      <w:r>
        <w:t>stagiaire</w:t>
      </w:r>
      <w:proofErr w:type="spellEnd"/>
      <w:r>
        <w:t xml:space="preserve"> </w:t>
      </w:r>
      <w:proofErr w:type="spellStart"/>
      <w:r>
        <w:t>s’engage</w:t>
      </w:r>
      <w:proofErr w:type="spellEnd"/>
      <w:r>
        <w:t xml:space="preserve"> à respecter le </w:t>
      </w:r>
      <w:proofErr w:type="spellStart"/>
      <w:r>
        <w:t>règlement</w:t>
      </w:r>
      <w:proofErr w:type="spellEnd"/>
      <w:r>
        <w:t xml:space="preserve"> </w:t>
      </w:r>
      <w:proofErr w:type="spellStart"/>
      <w:r>
        <w:t>intérieur</w:t>
      </w:r>
      <w:proofErr w:type="spellEnd"/>
      <w:r>
        <w:t xml:space="preserve"> joint.</w:t>
      </w:r>
    </w:p>
    <w:p w:rsidR="00334296" w:rsidRDefault="00E175A3">
      <w:r>
        <w:rPr>
          <w:b/>
        </w:rPr>
        <w:br/>
        <w:t>Article 3 – Qualité</w:t>
      </w:r>
    </w:p>
    <w:p w:rsidR="00334296" w:rsidRDefault="00E175A3">
      <w:r>
        <w:t>1. **</w:t>
      </w:r>
      <w:proofErr w:type="spellStart"/>
      <w:r>
        <w:t>Prérequis</w:t>
      </w:r>
      <w:proofErr w:type="spellEnd"/>
      <w:r>
        <w:t xml:space="preserve"> :** </w:t>
      </w:r>
      <w:proofErr w:type="spellStart"/>
      <w:r>
        <w:t>Aucun</w:t>
      </w:r>
      <w:proofErr w:type="spellEnd"/>
      <w:r>
        <w:t xml:space="preserve">, </w:t>
      </w:r>
      <w:proofErr w:type="spellStart"/>
      <w:r>
        <w:t>sauf</w:t>
      </w:r>
      <w:proofErr w:type="spellEnd"/>
      <w:r>
        <w:t xml:space="preserve"> mention contraire.</w:t>
      </w:r>
      <w:r>
        <w:br/>
        <w:t xml:space="preserve">2. **Qualification des </w:t>
      </w:r>
      <w:proofErr w:type="spellStart"/>
      <w:r>
        <w:t>formateurs</w:t>
      </w:r>
      <w:proofErr w:type="spellEnd"/>
      <w:r>
        <w:t xml:space="preserve"> :** Experts </w:t>
      </w:r>
      <w:proofErr w:type="spellStart"/>
      <w:r>
        <w:t>apicoles</w:t>
      </w:r>
      <w:proofErr w:type="spellEnd"/>
      <w:r>
        <w:t xml:space="preserve"> et </w:t>
      </w:r>
      <w:proofErr w:type="spellStart"/>
      <w:r>
        <w:t>pédagogues</w:t>
      </w:r>
      <w:proofErr w:type="spellEnd"/>
      <w:r>
        <w:t xml:space="preserve"> </w:t>
      </w:r>
      <w:proofErr w:type="spellStart"/>
      <w:r>
        <w:t>agréés</w:t>
      </w:r>
      <w:proofErr w:type="spellEnd"/>
      <w:r>
        <w:t>.</w:t>
      </w:r>
      <w:r>
        <w:br/>
        <w:t>3. **</w:t>
      </w:r>
      <w:proofErr w:type="spellStart"/>
      <w:proofErr w:type="gramStart"/>
      <w:r>
        <w:t>Évaluation</w:t>
      </w:r>
      <w:proofErr w:type="spellEnd"/>
      <w:r>
        <w:t xml:space="preserve"> :</w:t>
      </w:r>
      <w:proofErr w:type="gramEnd"/>
      <w:r>
        <w:t xml:space="preserve">** Observation, QCM, </w:t>
      </w:r>
      <w:proofErr w:type="spellStart"/>
      <w:r>
        <w:t>exercices</w:t>
      </w:r>
      <w:proofErr w:type="spellEnd"/>
      <w:r>
        <w:t xml:space="preserve"> </w:t>
      </w:r>
      <w:proofErr w:type="spellStart"/>
      <w:r>
        <w:t>pratiques</w:t>
      </w:r>
      <w:proofErr w:type="spellEnd"/>
      <w:r>
        <w:t xml:space="preserve"> en fin de session.</w:t>
      </w:r>
    </w:p>
    <w:p w:rsidR="00334296" w:rsidRDefault="00E175A3">
      <w:r>
        <w:rPr>
          <w:b/>
        </w:rPr>
        <w:br/>
        <w:t xml:space="preserve">Article 4 – Prix et </w:t>
      </w:r>
      <w:proofErr w:type="spellStart"/>
      <w:r>
        <w:rPr>
          <w:b/>
        </w:rPr>
        <w:t>modalités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règlement</w:t>
      </w:r>
      <w:proofErr w:type="spellEnd"/>
    </w:p>
    <w:p w:rsidR="00334296" w:rsidRDefault="00E175A3">
      <w:r>
        <w:t xml:space="preserve">Le </w:t>
      </w:r>
      <w:proofErr w:type="spellStart"/>
      <w:r>
        <w:t>coût</w:t>
      </w:r>
      <w:proofErr w:type="spellEnd"/>
      <w:r>
        <w:t xml:space="preserve"> de la formation </w:t>
      </w:r>
      <w:proofErr w:type="spellStart"/>
      <w:r>
        <w:t>est</w:t>
      </w:r>
      <w:proofErr w:type="spellEnd"/>
      <w:r>
        <w:t xml:space="preserve"> de …… € HT / </w:t>
      </w:r>
      <w:proofErr w:type="spellStart"/>
      <w:r>
        <w:t>stagiaire</w:t>
      </w:r>
      <w:proofErr w:type="spellEnd"/>
      <w:r>
        <w:t>.</w:t>
      </w:r>
      <w:r>
        <w:br/>
      </w:r>
      <w:proofErr w:type="spellStart"/>
      <w:r>
        <w:t>Comprend</w:t>
      </w:r>
      <w:proofErr w:type="spellEnd"/>
      <w:r>
        <w:t xml:space="preserve"> : animation, supports, </w:t>
      </w:r>
      <w:proofErr w:type="spellStart"/>
      <w:r>
        <w:t>matériel</w:t>
      </w:r>
      <w:proofErr w:type="spellEnd"/>
      <w:r>
        <w:t xml:space="preserve">, </w:t>
      </w:r>
      <w:proofErr w:type="spellStart"/>
      <w:r>
        <w:t>gestion</w:t>
      </w:r>
      <w:proofErr w:type="spellEnd"/>
      <w:r>
        <w:t xml:space="preserve"> </w:t>
      </w:r>
      <w:proofErr w:type="spellStart"/>
      <w:r>
        <w:t>Qualiopi</w:t>
      </w:r>
      <w:proofErr w:type="spellEnd"/>
      <w:r>
        <w:t>.</w:t>
      </w:r>
      <w:r>
        <w:br/>
      </w:r>
      <w:proofErr w:type="spellStart"/>
      <w:r>
        <w:t>Repas</w:t>
      </w:r>
      <w:proofErr w:type="spellEnd"/>
      <w:r>
        <w:t xml:space="preserve"> et </w:t>
      </w:r>
      <w:proofErr w:type="spellStart"/>
      <w:r>
        <w:t>déplacements</w:t>
      </w:r>
      <w:proofErr w:type="spellEnd"/>
      <w:r>
        <w:t xml:space="preserve"> à la charge du </w:t>
      </w:r>
      <w:proofErr w:type="spellStart"/>
      <w:r>
        <w:t>stagiaire</w:t>
      </w:r>
      <w:proofErr w:type="spellEnd"/>
      <w:r>
        <w:t>.</w:t>
      </w:r>
      <w:r>
        <w:br/>
      </w:r>
      <w:r>
        <w:br/>
      </w:r>
      <w:proofErr w:type="spellStart"/>
      <w:r>
        <w:t>Financement</w:t>
      </w:r>
      <w:proofErr w:type="spellEnd"/>
      <w:r>
        <w:t xml:space="preserve"> possible :</w:t>
      </w:r>
      <w:r>
        <w:br/>
        <w:t>- VIVEA (</w:t>
      </w:r>
      <w:proofErr w:type="spellStart"/>
      <w:r>
        <w:t>exploitants</w:t>
      </w:r>
      <w:proofErr w:type="spellEnd"/>
      <w:r>
        <w:t xml:space="preserve">, </w:t>
      </w:r>
      <w:proofErr w:type="spellStart"/>
      <w:r>
        <w:t>cotisants</w:t>
      </w:r>
      <w:proofErr w:type="spellEnd"/>
      <w:r>
        <w:t xml:space="preserve"> </w:t>
      </w:r>
      <w:proofErr w:type="spellStart"/>
      <w:r>
        <w:t>solidaires</w:t>
      </w:r>
      <w:proofErr w:type="spellEnd"/>
      <w:r>
        <w:t>)</w:t>
      </w:r>
      <w:r>
        <w:br/>
        <w:t>- OCAPIAT (</w:t>
      </w:r>
      <w:proofErr w:type="spellStart"/>
      <w:r>
        <w:t>salariés</w:t>
      </w:r>
      <w:proofErr w:type="spellEnd"/>
      <w:r>
        <w:t xml:space="preserve"> </w:t>
      </w:r>
      <w:proofErr w:type="spellStart"/>
      <w:r>
        <w:t>agricoles</w:t>
      </w:r>
      <w:proofErr w:type="spellEnd"/>
      <w:r>
        <w:t>)</w:t>
      </w:r>
      <w:r>
        <w:br/>
        <w:t xml:space="preserve">- </w:t>
      </w:r>
      <w:proofErr w:type="spellStart"/>
      <w:r>
        <w:t>Autres</w:t>
      </w:r>
      <w:proofErr w:type="spellEnd"/>
      <w:r>
        <w:t xml:space="preserve"> publics : </w:t>
      </w:r>
      <w:proofErr w:type="spellStart"/>
      <w:r>
        <w:t>devis</w:t>
      </w:r>
      <w:proofErr w:type="spellEnd"/>
      <w:r>
        <w:t xml:space="preserve"> direct.</w:t>
      </w:r>
      <w:r>
        <w:br/>
      </w:r>
      <w:proofErr w:type="spellStart"/>
      <w:r>
        <w:t>Facturation</w:t>
      </w:r>
      <w:proofErr w:type="spellEnd"/>
      <w:r>
        <w:t xml:space="preserve"> à </w:t>
      </w:r>
      <w:proofErr w:type="spellStart"/>
      <w:r>
        <w:t>réception</w:t>
      </w:r>
      <w:proofErr w:type="spellEnd"/>
      <w:r>
        <w:t xml:space="preserve"> – </w:t>
      </w:r>
      <w:proofErr w:type="spellStart"/>
      <w:r>
        <w:t>règlement</w:t>
      </w:r>
      <w:proofErr w:type="spellEnd"/>
      <w:r>
        <w:t xml:space="preserve"> par </w:t>
      </w:r>
      <w:proofErr w:type="spellStart"/>
      <w:r>
        <w:t>virement</w:t>
      </w:r>
      <w:proofErr w:type="spellEnd"/>
      <w:r>
        <w:t xml:space="preserve"> à </w:t>
      </w:r>
      <w:proofErr w:type="spellStart"/>
      <w:r>
        <w:t>l’ordre</w:t>
      </w:r>
      <w:proofErr w:type="spellEnd"/>
      <w:r>
        <w:t xml:space="preserve"> </w:t>
      </w:r>
      <w:proofErr w:type="spellStart"/>
      <w:r>
        <w:t>d’APIBIO</w:t>
      </w:r>
      <w:proofErr w:type="spellEnd"/>
      <w:r>
        <w:t>.</w:t>
      </w:r>
    </w:p>
    <w:p w:rsidR="00C558EA" w:rsidRDefault="00C558EA">
      <w:proofErr w:type="spellStart"/>
      <w:r>
        <w:t>Coût</w:t>
      </w:r>
      <w:proofErr w:type="spellEnd"/>
      <w:r>
        <w:t xml:space="preserve"> </w:t>
      </w:r>
      <w:proofErr w:type="spellStart"/>
      <w:r>
        <w:t>pédagogique</w:t>
      </w:r>
      <w:proofErr w:type="spellEnd"/>
      <w:r>
        <w:t xml:space="preserve"> : XXX €</w:t>
      </w:r>
      <w:r>
        <w:br/>
      </w:r>
      <w:proofErr w:type="spellStart"/>
      <w:r>
        <w:t>Financement</w:t>
      </w:r>
      <w:proofErr w:type="spellEnd"/>
      <w:r>
        <w:t xml:space="preserve"> VIVEA : XXX €</w:t>
      </w:r>
      <w:r>
        <w:br/>
      </w:r>
      <w:proofErr w:type="spellStart"/>
      <w:r>
        <w:t>Reste</w:t>
      </w:r>
      <w:proofErr w:type="spellEnd"/>
      <w:r>
        <w:t xml:space="preserve"> à charge : XXX €</w:t>
      </w:r>
    </w:p>
    <w:p w:rsidR="00CB2D19" w:rsidRDefault="00CB2D19">
      <w:pPr>
        <w:rPr>
          <w:b/>
        </w:rPr>
      </w:pPr>
    </w:p>
    <w:p w:rsidR="00CB2D19" w:rsidRDefault="00CB2D19">
      <w:pPr>
        <w:rPr>
          <w:b/>
        </w:rPr>
      </w:pPr>
    </w:p>
    <w:p w:rsidR="00334296" w:rsidRDefault="00CB2D19">
      <w:r>
        <w:rPr>
          <w:noProof/>
          <w:lang w:val="fr-FR" w:eastAsia="fr-FR"/>
        </w:rPr>
        <w:lastRenderedPageBreak/>
        <w:drawing>
          <wp:anchor distT="0" distB="0" distL="114300" distR="114300" simplePos="0" relativeHeight="251660288" behindDoc="0" locked="0" layoutInCell="1" allowOverlap="1" wp14:anchorId="7652AC3B" wp14:editId="5CA64C97">
            <wp:simplePos x="0" y="0"/>
            <wp:positionH relativeFrom="column">
              <wp:posOffset>5629275</wp:posOffset>
            </wp:positionH>
            <wp:positionV relativeFrom="paragraph">
              <wp:posOffset>-116840</wp:posOffset>
            </wp:positionV>
            <wp:extent cx="725805" cy="737235"/>
            <wp:effectExtent l="0" t="0" r="0" b="5715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PIBIO - Logo def-0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805" cy="737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75A3">
        <w:rPr>
          <w:b/>
        </w:rPr>
        <w:br/>
        <w:t xml:space="preserve">Article 5 – </w:t>
      </w:r>
      <w:proofErr w:type="spellStart"/>
      <w:r w:rsidR="00E175A3">
        <w:rPr>
          <w:b/>
        </w:rPr>
        <w:t>Suivi</w:t>
      </w:r>
      <w:proofErr w:type="spellEnd"/>
      <w:r w:rsidR="00E175A3">
        <w:rPr>
          <w:b/>
        </w:rPr>
        <w:t xml:space="preserve"> et </w:t>
      </w:r>
      <w:proofErr w:type="spellStart"/>
      <w:r w:rsidR="00E175A3">
        <w:rPr>
          <w:b/>
        </w:rPr>
        <w:t>exécution</w:t>
      </w:r>
      <w:proofErr w:type="spellEnd"/>
    </w:p>
    <w:p w:rsidR="00334296" w:rsidRDefault="00E175A3">
      <w:r>
        <w:t xml:space="preserve">APIBIO met en </w:t>
      </w:r>
      <w:proofErr w:type="spellStart"/>
      <w:r>
        <w:t>œuvre</w:t>
      </w:r>
      <w:proofErr w:type="spellEnd"/>
      <w:r>
        <w:t xml:space="preserve"> </w:t>
      </w:r>
      <w:proofErr w:type="spellStart"/>
      <w:r>
        <w:t>tous</w:t>
      </w:r>
      <w:proofErr w:type="spellEnd"/>
      <w:r>
        <w:t xml:space="preserve"> les </w:t>
      </w:r>
      <w:proofErr w:type="spellStart"/>
      <w:r>
        <w:t>moyens</w:t>
      </w:r>
      <w:proofErr w:type="spellEnd"/>
      <w:r>
        <w:t xml:space="preserve"> </w:t>
      </w:r>
      <w:proofErr w:type="spellStart"/>
      <w:r>
        <w:t>nécessaires</w:t>
      </w:r>
      <w:proofErr w:type="spellEnd"/>
      <w:r>
        <w:t xml:space="preserve"> : supports </w:t>
      </w:r>
      <w:proofErr w:type="spellStart"/>
      <w:r>
        <w:t>pédagogiques</w:t>
      </w:r>
      <w:proofErr w:type="spellEnd"/>
      <w:r>
        <w:t xml:space="preserve">, </w:t>
      </w:r>
      <w:proofErr w:type="spellStart"/>
      <w:r>
        <w:t>matériels</w:t>
      </w:r>
      <w:proofErr w:type="spellEnd"/>
      <w:r>
        <w:t>, documentation.</w:t>
      </w:r>
      <w:r>
        <w:br/>
      </w:r>
      <w:proofErr w:type="spellStart"/>
      <w:r>
        <w:t>Feuille</w:t>
      </w:r>
      <w:proofErr w:type="spellEnd"/>
      <w:r>
        <w:t xml:space="preserve"> de </w:t>
      </w:r>
      <w:proofErr w:type="spellStart"/>
      <w:r>
        <w:t>présence</w:t>
      </w:r>
      <w:proofErr w:type="spellEnd"/>
      <w:r>
        <w:t xml:space="preserve"> </w:t>
      </w:r>
      <w:proofErr w:type="spellStart"/>
      <w:r>
        <w:t>signée</w:t>
      </w:r>
      <w:proofErr w:type="spellEnd"/>
      <w:r>
        <w:t xml:space="preserve"> à </w:t>
      </w:r>
      <w:proofErr w:type="spellStart"/>
      <w:r>
        <w:t>chaque</w:t>
      </w:r>
      <w:proofErr w:type="spellEnd"/>
      <w:r>
        <w:t xml:space="preserve"> demi-</w:t>
      </w:r>
      <w:proofErr w:type="spellStart"/>
      <w:r>
        <w:t>journée</w:t>
      </w:r>
      <w:proofErr w:type="spellEnd"/>
      <w:r>
        <w:t>.</w:t>
      </w:r>
      <w:r>
        <w:br/>
        <w:t xml:space="preserve">Attestation remise à </w:t>
      </w:r>
      <w:proofErr w:type="spellStart"/>
      <w:r>
        <w:t>l’issue</w:t>
      </w:r>
      <w:proofErr w:type="spellEnd"/>
      <w:r>
        <w:t xml:space="preserve"> de la formation à tout </w:t>
      </w:r>
      <w:proofErr w:type="spellStart"/>
      <w:r>
        <w:t>stagiaire</w:t>
      </w:r>
      <w:proofErr w:type="spellEnd"/>
      <w:r>
        <w:t xml:space="preserve"> </w:t>
      </w:r>
      <w:proofErr w:type="spellStart"/>
      <w:r>
        <w:t>ayant</w:t>
      </w:r>
      <w:proofErr w:type="spellEnd"/>
      <w:r>
        <w:t xml:space="preserve"> </w:t>
      </w:r>
      <w:proofErr w:type="spellStart"/>
      <w:r>
        <w:t>suivi</w:t>
      </w:r>
      <w:proofErr w:type="spellEnd"/>
      <w:r>
        <w:t xml:space="preserve"> la session.</w:t>
      </w:r>
    </w:p>
    <w:p w:rsidR="00334296" w:rsidRDefault="00E175A3">
      <w:r>
        <w:rPr>
          <w:b/>
        </w:rPr>
        <w:t>Article 6 – Non-</w:t>
      </w:r>
      <w:proofErr w:type="spellStart"/>
      <w:r>
        <w:rPr>
          <w:b/>
        </w:rPr>
        <w:t>réalisation</w:t>
      </w:r>
      <w:proofErr w:type="spellEnd"/>
      <w:r>
        <w:rPr>
          <w:b/>
        </w:rPr>
        <w:t xml:space="preserve"> de la formation</w:t>
      </w:r>
    </w:p>
    <w:p w:rsidR="00334296" w:rsidRDefault="00E175A3">
      <w:r>
        <w:t xml:space="preserve">En </w:t>
      </w:r>
      <w:proofErr w:type="spellStart"/>
      <w:r>
        <w:t>cas</w:t>
      </w:r>
      <w:proofErr w:type="spellEnd"/>
      <w:r>
        <w:t xml:space="preserve"> de non-</w:t>
      </w:r>
      <w:proofErr w:type="spellStart"/>
      <w:r>
        <w:t>réalisation</w:t>
      </w:r>
      <w:proofErr w:type="spellEnd"/>
      <w:r>
        <w:t xml:space="preserve"> </w:t>
      </w:r>
      <w:proofErr w:type="spellStart"/>
      <w:r>
        <w:t>totale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partielle</w:t>
      </w:r>
      <w:proofErr w:type="spellEnd"/>
      <w:r>
        <w:t xml:space="preserve"> du fait de </w:t>
      </w:r>
      <w:proofErr w:type="spellStart"/>
      <w:r>
        <w:t>l’organisme</w:t>
      </w:r>
      <w:proofErr w:type="spellEnd"/>
      <w:r>
        <w:t xml:space="preserve">, la </w:t>
      </w:r>
      <w:proofErr w:type="spellStart"/>
      <w:r>
        <w:t>facturation</w:t>
      </w:r>
      <w:proofErr w:type="spellEnd"/>
      <w:r>
        <w:t xml:space="preserve"> sera </w:t>
      </w:r>
      <w:proofErr w:type="spellStart"/>
      <w:r>
        <w:t>ajustée</w:t>
      </w:r>
      <w:proofErr w:type="spellEnd"/>
      <w:r>
        <w:t xml:space="preserve"> au </w:t>
      </w:r>
      <w:proofErr w:type="spellStart"/>
      <w:r>
        <w:t>prorata</w:t>
      </w:r>
      <w:proofErr w:type="spellEnd"/>
      <w:r>
        <w:t xml:space="preserve"> des </w:t>
      </w:r>
      <w:proofErr w:type="spellStart"/>
      <w:r>
        <w:t>heures</w:t>
      </w:r>
      <w:proofErr w:type="spellEnd"/>
      <w:r>
        <w:t xml:space="preserve"> </w:t>
      </w:r>
      <w:proofErr w:type="spellStart"/>
      <w:r>
        <w:t>effectivement</w:t>
      </w:r>
      <w:proofErr w:type="spellEnd"/>
      <w:r>
        <w:t xml:space="preserve"> </w:t>
      </w:r>
      <w:proofErr w:type="spellStart"/>
      <w:r>
        <w:t>réalisées</w:t>
      </w:r>
      <w:proofErr w:type="spellEnd"/>
      <w:r>
        <w:t xml:space="preserve"> (art. L6354-1 CT).</w:t>
      </w:r>
    </w:p>
    <w:p w:rsidR="00334296" w:rsidRDefault="00E175A3">
      <w:r>
        <w:rPr>
          <w:b/>
        </w:rPr>
        <w:br/>
        <w:t xml:space="preserve">Article 7 – Annulation, </w:t>
      </w:r>
      <w:proofErr w:type="spellStart"/>
      <w:r>
        <w:rPr>
          <w:b/>
        </w:rPr>
        <w:t>dédit</w:t>
      </w:r>
      <w:proofErr w:type="spellEnd"/>
      <w:r>
        <w:rPr>
          <w:b/>
        </w:rPr>
        <w:t>, report</w:t>
      </w:r>
    </w:p>
    <w:p w:rsidR="00334296" w:rsidRDefault="00E175A3">
      <w:proofErr w:type="spellStart"/>
      <w:r>
        <w:t>Désistement</w:t>
      </w:r>
      <w:proofErr w:type="spellEnd"/>
      <w:r>
        <w:t xml:space="preserve"> du </w:t>
      </w:r>
      <w:proofErr w:type="spellStart"/>
      <w:r>
        <w:t>bénéficiaire</w:t>
      </w:r>
      <w:proofErr w:type="spellEnd"/>
      <w:r>
        <w:t xml:space="preserve"> :</w:t>
      </w:r>
      <w:r>
        <w:br/>
        <w:t xml:space="preserve">- </w:t>
      </w:r>
      <w:proofErr w:type="spellStart"/>
      <w:r>
        <w:t>Moins</w:t>
      </w:r>
      <w:proofErr w:type="spellEnd"/>
      <w:r>
        <w:t xml:space="preserve"> de 7 </w:t>
      </w:r>
      <w:proofErr w:type="spellStart"/>
      <w:r>
        <w:t>jours</w:t>
      </w:r>
      <w:proofErr w:type="spellEnd"/>
      <w:r>
        <w:t xml:space="preserve"> </w:t>
      </w:r>
      <w:proofErr w:type="spellStart"/>
      <w:r>
        <w:t>avant</w:t>
      </w:r>
      <w:proofErr w:type="spellEnd"/>
      <w:r>
        <w:t xml:space="preserve"> la session → 100 % </w:t>
      </w:r>
      <w:proofErr w:type="spellStart"/>
      <w:r>
        <w:t>dû</w:t>
      </w:r>
      <w:proofErr w:type="spellEnd"/>
      <w:r>
        <w:br/>
        <w:t xml:space="preserve">- Entre 7 et 15 </w:t>
      </w:r>
      <w:proofErr w:type="spellStart"/>
      <w:r>
        <w:t>jours</w:t>
      </w:r>
      <w:proofErr w:type="spellEnd"/>
      <w:r>
        <w:t xml:space="preserve"> → 50 % </w:t>
      </w:r>
      <w:proofErr w:type="spellStart"/>
      <w:r>
        <w:t>dû</w:t>
      </w:r>
      <w:proofErr w:type="spellEnd"/>
      <w:r>
        <w:br/>
        <w:t xml:space="preserve">Annulation par APIBIO : </w:t>
      </w:r>
      <w:proofErr w:type="spellStart"/>
      <w:r>
        <w:t>possibilité</w:t>
      </w:r>
      <w:proofErr w:type="spellEnd"/>
      <w:r>
        <w:t xml:space="preserve"> de report. En </w:t>
      </w:r>
      <w:proofErr w:type="spellStart"/>
      <w:r>
        <w:t>cas</w:t>
      </w:r>
      <w:proofErr w:type="spellEnd"/>
      <w:r>
        <w:t xml:space="preserve"> de </w:t>
      </w:r>
      <w:proofErr w:type="spellStart"/>
      <w:r>
        <w:t>refus</w:t>
      </w:r>
      <w:proofErr w:type="spellEnd"/>
      <w:r>
        <w:t xml:space="preserve">, </w:t>
      </w:r>
      <w:proofErr w:type="spellStart"/>
      <w:r>
        <w:t>remboursement</w:t>
      </w:r>
      <w:proofErr w:type="spellEnd"/>
      <w:r>
        <w:t xml:space="preserve"> </w:t>
      </w:r>
      <w:proofErr w:type="spellStart"/>
      <w:r>
        <w:t>intégral</w:t>
      </w:r>
      <w:proofErr w:type="spellEnd"/>
      <w:r>
        <w:t>.</w:t>
      </w:r>
      <w:r>
        <w:br/>
        <w:t xml:space="preserve">Force majeure : </w:t>
      </w:r>
      <w:proofErr w:type="spellStart"/>
      <w:r>
        <w:t>intempéries</w:t>
      </w:r>
      <w:proofErr w:type="spellEnd"/>
      <w:r>
        <w:t xml:space="preserve">, </w:t>
      </w:r>
      <w:proofErr w:type="spellStart"/>
      <w:r>
        <w:t>empêchement</w:t>
      </w:r>
      <w:proofErr w:type="spellEnd"/>
      <w:r>
        <w:t xml:space="preserve"> du </w:t>
      </w:r>
      <w:proofErr w:type="spellStart"/>
      <w:r>
        <w:t>formateur</w:t>
      </w:r>
      <w:proofErr w:type="spellEnd"/>
      <w:r>
        <w:t xml:space="preserve">, </w:t>
      </w:r>
      <w:proofErr w:type="spellStart"/>
      <w:r>
        <w:t>effectif</w:t>
      </w:r>
      <w:proofErr w:type="spellEnd"/>
      <w:r>
        <w:t xml:space="preserve"> </w:t>
      </w:r>
      <w:proofErr w:type="spellStart"/>
      <w:r>
        <w:t>insuffisant</w:t>
      </w:r>
      <w:proofErr w:type="spellEnd"/>
      <w:r>
        <w:t xml:space="preserve">, </w:t>
      </w:r>
      <w:proofErr w:type="spellStart"/>
      <w:r>
        <w:t>problème</w:t>
      </w:r>
      <w:proofErr w:type="spellEnd"/>
      <w:r>
        <w:t xml:space="preserve"> sanitaire.</w:t>
      </w:r>
    </w:p>
    <w:p w:rsidR="00334296" w:rsidRDefault="00E175A3">
      <w:r>
        <w:rPr>
          <w:b/>
        </w:rPr>
        <w:br/>
        <w:t xml:space="preserve">Article 8 – </w:t>
      </w:r>
      <w:proofErr w:type="spellStart"/>
      <w:r>
        <w:rPr>
          <w:b/>
        </w:rPr>
        <w:t>Litiges</w:t>
      </w:r>
      <w:proofErr w:type="spellEnd"/>
    </w:p>
    <w:p w:rsidR="00334296" w:rsidRDefault="00E175A3">
      <w:r>
        <w:t xml:space="preserve">Tout </w:t>
      </w:r>
      <w:proofErr w:type="spellStart"/>
      <w:r>
        <w:t>différend</w:t>
      </w:r>
      <w:proofErr w:type="spellEnd"/>
      <w:r>
        <w:t xml:space="preserve"> sera </w:t>
      </w:r>
      <w:proofErr w:type="spellStart"/>
      <w:r>
        <w:t>réglé</w:t>
      </w:r>
      <w:proofErr w:type="spellEnd"/>
      <w:r>
        <w:t xml:space="preserve"> à </w:t>
      </w:r>
      <w:proofErr w:type="spellStart"/>
      <w:r>
        <w:t>l’amiable</w:t>
      </w:r>
      <w:proofErr w:type="spellEnd"/>
      <w:r>
        <w:t xml:space="preserve">. À </w:t>
      </w:r>
      <w:proofErr w:type="spellStart"/>
      <w:r>
        <w:t>défaut</w:t>
      </w:r>
      <w:proofErr w:type="spellEnd"/>
      <w:r>
        <w:t xml:space="preserve">, </w:t>
      </w:r>
      <w:proofErr w:type="spellStart"/>
      <w:r>
        <w:t>compétence</w:t>
      </w:r>
      <w:proofErr w:type="spellEnd"/>
      <w:r>
        <w:t xml:space="preserve"> </w:t>
      </w:r>
      <w:proofErr w:type="spellStart"/>
      <w:r>
        <w:t>attribuée</w:t>
      </w:r>
      <w:proofErr w:type="spellEnd"/>
      <w:r>
        <w:t xml:space="preserve"> aux </w:t>
      </w:r>
      <w:proofErr w:type="spellStart"/>
      <w:r>
        <w:t>tribunaux</w:t>
      </w:r>
      <w:proofErr w:type="spellEnd"/>
      <w:r>
        <w:t xml:space="preserve"> </w:t>
      </w:r>
      <w:proofErr w:type="spellStart"/>
      <w:r>
        <w:t>d’Aubenas</w:t>
      </w:r>
      <w:proofErr w:type="spellEnd"/>
      <w:r>
        <w:t>.</w:t>
      </w:r>
    </w:p>
    <w:p w:rsidR="00334296" w:rsidRDefault="00E175A3">
      <w:r>
        <w:br/>
        <w:t xml:space="preserve">Fait à </w:t>
      </w:r>
      <w:proofErr w:type="spellStart"/>
      <w:r>
        <w:t>Lyas</w:t>
      </w:r>
      <w:proofErr w:type="spellEnd"/>
      <w:r>
        <w:t xml:space="preserve">, le ………………… en </w:t>
      </w:r>
      <w:proofErr w:type="spellStart"/>
      <w:r>
        <w:t>deux</w:t>
      </w:r>
      <w:proofErr w:type="spellEnd"/>
      <w:r>
        <w:t xml:space="preserve"> </w:t>
      </w:r>
      <w:proofErr w:type="spellStart"/>
      <w:r>
        <w:t>exemplaires</w:t>
      </w:r>
      <w:proofErr w:type="spellEnd"/>
      <w:r>
        <w:t xml:space="preserve"> </w:t>
      </w:r>
      <w:proofErr w:type="spellStart"/>
      <w:r>
        <w:t>originaux</w:t>
      </w:r>
      <w:proofErr w:type="spellEnd"/>
      <w:r>
        <w:t>.</w:t>
      </w:r>
    </w:p>
    <w:p w:rsidR="00334296" w:rsidRDefault="00CB2D19">
      <w:r>
        <w:br/>
        <w:t xml:space="preserve">Pour APIBIO : </w:t>
      </w:r>
      <w:proofErr w:type="spellStart"/>
      <w:r>
        <w:t>Benoît</w:t>
      </w:r>
      <w:proofErr w:type="spellEnd"/>
      <w:r>
        <w:t xml:space="preserve"> Apibio</w:t>
      </w:r>
      <w:r w:rsidR="00E175A3">
        <w:br/>
        <w:t>Cachet et signature : ___________________________</w:t>
      </w:r>
    </w:p>
    <w:p w:rsidR="00334296" w:rsidRDefault="00E175A3">
      <w:r>
        <w:br/>
        <w:t xml:space="preserve">Pour le </w:t>
      </w:r>
      <w:proofErr w:type="spellStart"/>
      <w:r>
        <w:t>bénéficiaire</w:t>
      </w:r>
      <w:proofErr w:type="spellEnd"/>
      <w:r>
        <w:t xml:space="preserve"> :</w:t>
      </w:r>
      <w:r>
        <w:br/>
        <w:t xml:space="preserve">Nom et </w:t>
      </w:r>
      <w:proofErr w:type="spellStart"/>
      <w:r>
        <w:t>fonction</w:t>
      </w:r>
      <w:proofErr w:type="spellEnd"/>
      <w:r>
        <w:t xml:space="preserve"> : ............................................................</w:t>
      </w:r>
      <w:r>
        <w:br/>
        <w:t>Cachet et signature : ___________________________</w:t>
      </w:r>
      <w:r>
        <w:br/>
      </w:r>
      <w:r w:rsidR="0076441D">
        <w:rPr>
          <w:rFonts w:ascii="Segoe UI Symbol" w:hAnsi="Segoe UI Symbol" w:cs="Segoe UI Symbol"/>
        </w:rPr>
        <w:t>☐</w:t>
      </w:r>
      <w:r w:rsidR="00C558EA">
        <w:t xml:space="preserve"> </w:t>
      </w:r>
      <w:proofErr w:type="spellStart"/>
      <w:r w:rsidR="00345585">
        <w:t>J</w:t>
      </w:r>
      <w:r>
        <w:t>’atteste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reçu</w:t>
      </w:r>
      <w:proofErr w:type="spellEnd"/>
      <w:r>
        <w:t xml:space="preserve"> le </w:t>
      </w:r>
      <w:proofErr w:type="spellStart"/>
      <w:r>
        <w:t>règlement</w:t>
      </w:r>
      <w:proofErr w:type="spellEnd"/>
      <w:r>
        <w:t xml:space="preserve"> </w:t>
      </w:r>
      <w:proofErr w:type="spellStart"/>
      <w:r>
        <w:t>intérieur</w:t>
      </w:r>
      <w:proofErr w:type="spellEnd"/>
      <w:r>
        <w:t xml:space="preserve"> et les conditions </w:t>
      </w:r>
      <w:proofErr w:type="spellStart"/>
      <w:r>
        <w:t>générales</w:t>
      </w:r>
      <w:proofErr w:type="spellEnd"/>
      <w:r>
        <w:t xml:space="preserve"> de </w:t>
      </w:r>
      <w:proofErr w:type="spellStart"/>
      <w:r>
        <w:t>vente</w:t>
      </w:r>
      <w:proofErr w:type="spellEnd"/>
      <w:r>
        <w:t xml:space="preserve"> </w:t>
      </w:r>
      <w:proofErr w:type="spellStart"/>
      <w:r>
        <w:t>d’APIBIO</w:t>
      </w:r>
      <w:proofErr w:type="spellEnd"/>
      <w:r>
        <w:t>.</w:t>
      </w:r>
      <w:r>
        <w:br/>
      </w:r>
      <w:r w:rsidR="0076441D">
        <w:rPr>
          <w:rFonts w:ascii="Segoe UI Symbol" w:hAnsi="Segoe UI Symbol" w:cs="Segoe UI Symbol"/>
        </w:rPr>
        <w:t>☐</w:t>
      </w:r>
      <w:proofErr w:type="spellStart"/>
      <w:r>
        <w:t>J’autorise</w:t>
      </w:r>
      <w:proofErr w:type="spellEnd"/>
      <w:r>
        <w:t xml:space="preserve"> APIBIO à </w:t>
      </w:r>
      <w:proofErr w:type="spellStart"/>
      <w:r>
        <w:t>utiliser</w:t>
      </w:r>
      <w:proofErr w:type="spellEnd"/>
      <w:r>
        <w:t xml:space="preserve"> mon image </w:t>
      </w:r>
      <w:proofErr w:type="spellStart"/>
      <w:r>
        <w:t>dans</w:t>
      </w:r>
      <w:proofErr w:type="spellEnd"/>
      <w:r>
        <w:t xml:space="preserve"> un cadre </w:t>
      </w:r>
      <w:proofErr w:type="spellStart"/>
      <w:r>
        <w:t>strictement</w:t>
      </w:r>
      <w:proofErr w:type="spellEnd"/>
      <w:r>
        <w:t xml:space="preserve"> </w:t>
      </w:r>
      <w:proofErr w:type="spellStart"/>
      <w:r>
        <w:t>professionnel</w:t>
      </w:r>
      <w:proofErr w:type="spellEnd"/>
      <w:r>
        <w:t>.</w:t>
      </w:r>
      <w:r>
        <w:br/>
      </w:r>
      <w:r w:rsidR="0076441D"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J’autorise</w:t>
      </w:r>
      <w:proofErr w:type="spellEnd"/>
      <w:r>
        <w:t xml:space="preserve"> APIBIO à me </w:t>
      </w:r>
      <w:proofErr w:type="spellStart"/>
      <w:r>
        <w:t>contacter</w:t>
      </w:r>
      <w:proofErr w:type="spellEnd"/>
      <w:r>
        <w:t xml:space="preserve"> pour </w:t>
      </w:r>
      <w:proofErr w:type="spellStart"/>
      <w:r>
        <w:t>ses</w:t>
      </w:r>
      <w:proofErr w:type="spellEnd"/>
      <w:r>
        <w:t xml:space="preserve"> </w:t>
      </w:r>
      <w:proofErr w:type="spellStart"/>
      <w:r>
        <w:t>activités</w:t>
      </w:r>
      <w:proofErr w:type="spellEnd"/>
      <w:r>
        <w:t xml:space="preserve"> et </w:t>
      </w:r>
      <w:proofErr w:type="spellStart"/>
      <w:r>
        <w:t>programmes</w:t>
      </w:r>
      <w:proofErr w:type="spellEnd"/>
      <w:r>
        <w:t xml:space="preserve"> de formation.</w:t>
      </w:r>
    </w:p>
    <w:sectPr w:rsidR="00334296" w:rsidSect="00CB2D19">
      <w:footerReference w:type="default" r:id="rId10"/>
      <w:pgSz w:w="12240" w:h="15840"/>
      <w:pgMar w:top="709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EE6" w:rsidRDefault="007E3EE6" w:rsidP="001A4987">
      <w:pPr>
        <w:spacing w:after="0" w:line="240" w:lineRule="auto"/>
      </w:pPr>
      <w:r>
        <w:separator/>
      </w:r>
    </w:p>
  </w:endnote>
  <w:endnote w:type="continuationSeparator" w:id="0">
    <w:p w:rsidR="007E3EE6" w:rsidRDefault="007E3EE6" w:rsidP="001A4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987" w:rsidRPr="00891E86" w:rsidRDefault="001A4987" w:rsidP="001A4987">
    <w:pPr>
      <w:pStyle w:val="En-tte"/>
      <w:rPr>
        <w:color w:val="7F7F7F"/>
        <w:sz w:val="16"/>
        <w:szCs w:val="16"/>
      </w:rPr>
    </w:pPr>
  </w:p>
  <w:p w:rsidR="001A4987" w:rsidRDefault="001A4987" w:rsidP="001A4987"/>
  <w:p w:rsidR="001A4987" w:rsidRDefault="001A4987" w:rsidP="001A4987">
    <w:r w:rsidRPr="005F2379">
      <w:rPr>
        <w:rFonts w:ascii="Calibri Light" w:hAnsi="Calibri Light"/>
        <w:noProof/>
        <w:color w:val="1F497D"/>
      </w:rPr>
      <w:t xml:space="preserve">ASSOCIATION APIBIO - 25 AVENUE LUCIEN BRUNEL 07000 LYAS </w:t>
    </w:r>
    <w:r w:rsidRPr="005F2379">
      <w:rPr>
        <w:rFonts w:ascii="Calibri Light" w:hAnsi="Calibri Light"/>
        <w:noProof/>
        <w:color w:val="1F497D"/>
      </w:rPr>
      <w:br/>
    </w:r>
    <w:hyperlink r:id="rId1" w:history="1">
      <w:r w:rsidRPr="005F2379">
        <w:rPr>
          <w:rStyle w:val="Lienhypertexte"/>
          <w:noProof/>
          <w:color w:val="0563C1"/>
        </w:rPr>
        <w:t>https://www.groupement-apibio.org</w:t>
      </w:r>
    </w:hyperlink>
    <w:r w:rsidRPr="005F2379">
      <w:rPr>
        <w:noProof/>
      </w:rPr>
      <w:t xml:space="preserve"> - </w:t>
    </w:r>
    <w:hyperlink r:id="rId2" w:history="1">
      <w:r w:rsidRPr="005F2379">
        <w:rPr>
          <w:rStyle w:val="Lienhypertexte"/>
          <w:rFonts w:ascii="Calibri Light" w:hAnsi="Calibri Light"/>
          <w:noProof/>
          <w:sz w:val="23"/>
          <w:szCs w:val="23"/>
        </w:rPr>
        <w:t>benoit@groupement-apibio.org</w:t>
      </w:r>
    </w:hyperlink>
    <w:r w:rsidRPr="005F2379">
      <w:rPr>
        <w:rFonts w:ascii="Calibri Light" w:hAnsi="Calibri Light"/>
        <w:noProof/>
        <w:color w:val="0563C1"/>
        <w:sz w:val="23"/>
        <w:szCs w:val="23"/>
        <w:u w:val="single"/>
      </w:rPr>
      <w:br/>
    </w:r>
    <w:r w:rsidRPr="005F2379">
      <w:rPr>
        <w:rFonts w:ascii="Calibri Light" w:hAnsi="Calibri Light"/>
        <w:noProof/>
        <w:color w:val="263238"/>
        <w:sz w:val="23"/>
        <w:szCs w:val="23"/>
      </w:rPr>
      <w:t>N° SIRET : 894 329 770 00024 - N° TVA : FR 71894329770</w:t>
    </w:r>
  </w:p>
  <w:p w:rsidR="001A4987" w:rsidRDefault="001A498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EE6" w:rsidRDefault="007E3EE6" w:rsidP="001A4987">
      <w:pPr>
        <w:spacing w:after="0" w:line="240" w:lineRule="auto"/>
      </w:pPr>
      <w:r>
        <w:separator/>
      </w:r>
    </w:p>
  </w:footnote>
  <w:footnote w:type="continuationSeparator" w:id="0">
    <w:p w:rsidR="007E3EE6" w:rsidRDefault="007E3EE6" w:rsidP="001A49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67F86"/>
    <w:rsid w:val="0015074B"/>
    <w:rsid w:val="001A4987"/>
    <w:rsid w:val="0029639D"/>
    <w:rsid w:val="00326F90"/>
    <w:rsid w:val="00334296"/>
    <w:rsid w:val="00345585"/>
    <w:rsid w:val="00634E22"/>
    <w:rsid w:val="0076441D"/>
    <w:rsid w:val="007E3EE6"/>
    <w:rsid w:val="00AA1D8D"/>
    <w:rsid w:val="00B47730"/>
    <w:rsid w:val="00C558EA"/>
    <w:rsid w:val="00CB0664"/>
    <w:rsid w:val="00CB2D19"/>
    <w:rsid w:val="00E175A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B071BAFC-A845-49EC-B7AB-8562DAB7C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Helvetica" w:hAnsi="Helvetica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C558E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558E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558EA"/>
    <w:rPr>
      <w:rFonts w:ascii="Helvetica" w:hAnsi="Helvetic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558E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558EA"/>
    <w:rPr>
      <w:rFonts w:ascii="Helvetica" w:hAnsi="Helvetica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55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58EA"/>
    <w:rPr>
      <w:rFonts w:ascii="Segoe UI" w:hAnsi="Segoe UI" w:cs="Segoe UI"/>
      <w:sz w:val="18"/>
      <w:szCs w:val="18"/>
    </w:rPr>
  </w:style>
  <w:style w:type="character" w:styleId="Lienhypertexte">
    <w:name w:val="Hyperlink"/>
    <w:uiPriority w:val="99"/>
    <w:unhideWhenUsed/>
    <w:rsid w:val="001A49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enoit@groupement-apibio.org" TargetMode="External"/><Relationship Id="rId1" Type="http://schemas.openxmlformats.org/officeDocument/2006/relationships/hyperlink" Target="https://www.groupement-apibio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BF56211-6E67-459A-AE5A-63387FC08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692</Words>
  <Characters>3809</Characters>
  <Application>Microsoft Office Word</Application>
  <DocSecurity>0</DocSecurity>
  <Lines>31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4493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Utilisateur</cp:lastModifiedBy>
  <cp:revision>7</cp:revision>
  <dcterms:created xsi:type="dcterms:W3CDTF">2013-12-23T23:15:00Z</dcterms:created>
  <dcterms:modified xsi:type="dcterms:W3CDTF">2026-03-20T15:05:00Z</dcterms:modified>
  <cp:category/>
</cp:coreProperties>
</file>